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49A93C" w14:textId="77777777" w:rsidR="00E22D36" w:rsidRDefault="00E22D36" w:rsidP="00575A6E">
      <w:pPr>
        <w:jc w:val="center"/>
        <w:rPr>
          <w:rFonts w:cs="Times New Roman"/>
          <w:b/>
          <w:szCs w:val="24"/>
          <w:lang w:val="pt-BR"/>
        </w:rPr>
      </w:pPr>
    </w:p>
    <w:p w14:paraId="152C2DC7" w14:textId="445BEAC0" w:rsidR="00575A6E" w:rsidRPr="00F73CEE" w:rsidRDefault="00575A6E" w:rsidP="00223307">
      <w:pPr>
        <w:spacing w:after="0"/>
        <w:jc w:val="center"/>
        <w:rPr>
          <w:rFonts w:cs="Times New Roman"/>
          <w:szCs w:val="24"/>
          <w:lang w:val="pt-BR"/>
        </w:rPr>
      </w:pPr>
      <w:r w:rsidRPr="00F73CEE">
        <w:rPr>
          <w:rFonts w:cs="Times New Roman"/>
          <w:b/>
          <w:szCs w:val="24"/>
          <w:lang w:val="pt-BR"/>
        </w:rPr>
        <w:t>TÍTULO DO RESUMO</w:t>
      </w:r>
    </w:p>
    <w:p w14:paraId="5AE4E8F5" w14:textId="75B9FDC0" w:rsidR="00575A6E" w:rsidRDefault="00575A6E" w:rsidP="00223307">
      <w:pPr>
        <w:spacing w:after="0"/>
        <w:jc w:val="both"/>
        <w:rPr>
          <w:rFonts w:cs="Times New Roman"/>
          <w:szCs w:val="24"/>
          <w:lang w:val="pt-BR"/>
        </w:rPr>
      </w:pPr>
      <w:r w:rsidRPr="00F73CEE">
        <w:rPr>
          <w:rFonts w:cs="Times New Roman"/>
          <w:b/>
          <w:bCs/>
          <w:szCs w:val="24"/>
          <w:lang w:val="pt-BR"/>
        </w:rPr>
        <w:t>INTRODUÇÃO:</w:t>
      </w:r>
      <w:r w:rsidRPr="00F73CEE">
        <w:rPr>
          <w:rFonts w:cs="Times New Roman"/>
          <w:szCs w:val="24"/>
          <w:lang w:val="pt-BR"/>
        </w:rPr>
        <w:t>XXXXXXXXXXXXXXXXXXXXXXXXXXXXXXXXXXXXXXXXXXXXXXXXXXXXXXXXXXXXXXXXXXXXXXXXXXXXXXXXXXXXXXXXXXXXXXXXXXXXXXXXXXXXXXXXXXXXXXXXXXXXX.</w:t>
      </w:r>
      <w:r w:rsidRPr="00F73CEE">
        <w:rPr>
          <w:rFonts w:cs="Times New Roman"/>
          <w:b/>
          <w:bCs/>
          <w:szCs w:val="24"/>
          <w:lang w:val="pt-BR"/>
        </w:rPr>
        <w:t>OBJETIVO:</w:t>
      </w:r>
      <w:r w:rsidRPr="00F73CEE">
        <w:rPr>
          <w:rFonts w:cs="Times New Roman"/>
          <w:szCs w:val="24"/>
          <w:lang w:val="pt-BR"/>
        </w:rPr>
        <w:t>XXXXXXX</w:t>
      </w:r>
      <w:r>
        <w:rPr>
          <w:rFonts w:cs="Times New Roman"/>
          <w:szCs w:val="24"/>
          <w:lang w:val="pt-BR"/>
        </w:rPr>
        <w:t>XXXXXXXXXXXX</w:t>
      </w:r>
    </w:p>
    <w:p w14:paraId="1AC9EBA7" w14:textId="06763ACC" w:rsidR="00575A6E" w:rsidRDefault="00575A6E" w:rsidP="00223307">
      <w:pPr>
        <w:spacing w:after="0"/>
        <w:jc w:val="both"/>
        <w:rPr>
          <w:rFonts w:cs="Times New Roman"/>
          <w:szCs w:val="24"/>
          <w:lang w:val="pt-BR"/>
        </w:rPr>
      </w:pPr>
      <w:r w:rsidRPr="00F73CEE">
        <w:rPr>
          <w:rFonts w:cs="Times New Roman"/>
          <w:szCs w:val="24"/>
          <w:lang w:val="pt-BR"/>
        </w:rPr>
        <w:t>XXXXXXXXXXXXXXXXXXXXXXXXXXXXXXXXXXXXXXXXXXXXXXXXXXXXXXXXXXXXXXXXXXXXXXXXXXXXXXXXXXXXXXXXXXXXXXXXXX</w:t>
      </w:r>
      <w:r>
        <w:rPr>
          <w:rFonts w:cs="Times New Roman"/>
          <w:szCs w:val="24"/>
          <w:lang w:val="pt-BR"/>
        </w:rPr>
        <w:t>XX</w:t>
      </w:r>
      <w:r w:rsidRPr="00F73CEE">
        <w:rPr>
          <w:rFonts w:cs="Times New Roman"/>
          <w:szCs w:val="24"/>
          <w:lang w:val="pt-BR"/>
        </w:rPr>
        <w:t>.</w:t>
      </w:r>
      <w:r w:rsidRPr="00F73CEE">
        <w:rPr>
          <w:rFonts w:cs="Times New Roman"/>
          <w:b/>
          <w:bCs/>
          <w:szCs w:val="24"/>
          <w:lang w:val="pt-BR"/>
        </w:rPr>
        <w:t>MÉTODOS:</w:t>
      </w:r>
      <w:r>
        <w:rPr>
          <w:rFonts w:cs="Times New Roman"/>
          <w:b/>
          <w:bCs/>
          <w:szCs w:val="24"/>
          <w:lang w:val="pt-BR"/>
        </w:rPr>
        <w:t xml:space="preserve">  </w:t>
      </w:r>
      <w:r w:rsidRPr="00F73CEE">
        <w:rPr>
          <w:rFonts w:cs="Times New Roman"/>
          <w:szCs w:val="24"/>
          <w:lang w:val="pt-BR"/>
        </w:rPr>
        <w:t>XXXXXXXXXXXXXXXXXXXXXXXXXXXXXXXXXXXXXXXXXX</w:t>
      </w:r>
      <w:r>
        <w:rPr>
          <w:rFonts w:cs="Times New Roman"/>
          <w:szCs w:val="24"/>
          <w:lang w:val="pt-BR"/>
        </w:rPr>
        <w:t>XXXXXXXXXXXX</w:t>
      </w:r>
    </w:p>
    <w:p w14:paraId="4F6227AE" w14:textId="70356515" w:rsidR="00575A6E" w:rsidRDefault="00575A6E" w:rsidP="00223307">
      <w:pPr>
        <w:spacing w:after="0"/>
        <w:jc w:val="both"/>
        <w:rPr>
          <w:rFonts w:cs="Times New Roman"/>
          <w:szCs w:val="24"/>
          <w:lang w:val="pt-BR"/>
        </w:rPr>
      </w:pPr>
      <w:r w:rsidRPr="00F73CEE">
        <w:rPr>
          <w:rFonts w:cs="Times New Roman"/>
          <w:szCs w:val="24"/>
          <w:lang w:val="pt-BR"/>
        </w:rPr>
        <w:t>XXXXXXXXXXXXXXXXXXXXXXXXXXXXXXXXXXXXXXXXXXXXXXXXXXXXXXXXXXXXXXXXXXXXXXXXXXXXXXXXXXXXXXXXXXXXXXXXXXXXXXXXXXXXXXXXXXXXXXXXXXXXXXXXXXXXXXXXXXXXXXXXXXXXXXXXXXXXXXXXXXXXXXXXXXXXXXXXXXXXXXXXXXXXXXXXXXXXXXXXXXXXXXXXXXXXXXXXXXXXXXXXXXXXXXXXXXXXXX</w:t>
      </w:r>
      <w:r>
        <w:rPr>
          <w:rFonts w:cs="Times New Roman"/>
          <w:szCs w:val="24"/>
          <w:lang w:val="pt-BR"/>
        </w:rPr>
        <w:t>XXXXXXXXXXXXXXXXXXXXXXXXXXXXXXXXXXXXXXXXXXXXXXXXXXXXXXXXXXXXXXXXXXXXXXXX</w:t>
      </w:r>
      <w:r w:rsidRPr="00F73CEE">
        <w:rPr>
          <w:rFonts w:cs="Times New Roman"/>
          <w:szCs w:val="24"/>
          <w:lang w:val="pt-BR"/>
        </w:rPr>
        <w:t>.</w:t>
      </w:r>
      <w:r>
        <w:rPr>
          <w:rFonts w:cs="Times New Roman"/>
          <w:szCs w:val="24"/>
          <w:lang w:val="pt-BR"/>
        </w:rPr>
        <w:t xml:space="preserve"> </w:t>
      </w:r>
      <w:r w:rsidRPr="00F73CEE">
        <w:rPr>
          <w:rFonts w:cs="Times New Roman"/>
          <w:b/>
          <w:bCs/>
          <w:szCs w:val="24"/>
          <w:lang w:val="pt-BR"/>
        </w:rPr>
        <w:t>RESULTADOS E DISCUSSÃO:</w:t>
      </w:r>
      <w:r w:rsidRPr="00F73CEE">
        <w:rPr>
          <w:rFonts w:cs="Times New Roman"/>
          <w:szCs w:val="24"/>
          <w:lang w:val="pt-BR"/>
        </w:rPr>
        <w:t>XXXXXXXXXXXXXXXXX</w:t>
      </w:r>
      <w:r>
        <w:rPr>
          <w:rFonts w:cs="Times New Roman"/>
          <w:szCs w:val="24"/>
          <w:lang w:val="pt-BR"/>
        </w:rPr>
        <w:t>XXXXXXXXXXXXXXXXXXXXXXXXXXXX</w:t>
      </w:r>
    </w:p>
    <w:p w14:paraId="03991907" w14:textId="15A06587" w:rsidR="00575A6E" w:rsidRDefault="00575A6E" w:rsidP="00223307">
      <w:pPr>
        <w:spacing w:after="0"/>
        <w:jc w:val="both"/>
        <w:rPr>
          <w:rFonts w:cs="Times New Roman"/>
          <w:szCs w:val="24"/>
          <w:lang w:val="pt-BR"/>
        </w:rPr>
      </w:pPr>
      <w:r>
        <w:rPr>
          <w:rFonts w:cs="Times New Roman"/>
          <w:szCs w:val="24"/>
          <w:lang w:val="pt-BR"/>
        </w:rPr>
        <w:t>X</w:t>
      </w:r>
      <w:r w:rsidRPr="00F73CEE">
        <w:rPr>
          <w:rFonts w:cs="Times New Roman"/>
          <w:szCs w:val="24"/>
          <w:lang w:val="pt-BR"/>
        </w:rPr>
        <w:t>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X.</w:t>
      </w:r>
      <w:r w:rsidRPr="00F73CEE">
        <w:rPr>
          <w:rFonts w:cs="Times New Roman"/>
          <w:b/>
          <w:bCs/>
          <w:szCs w:val="24"/>
          <w:lang w:val="pt-BR"/>
        </w:rPr>
        <w:t>CONCLUSÃO:</w:t>
      </w:r>
      <w:r w:rsidRPr="00575A6E">
        <w:rPr>
          <w:rFonts w:cs="Times New Roman"/>
          <w:szCs w:val="24"/>
          <w:lang w:val="pt-BR"/>
        </w:rPr>
        <w:t>XXXXXXXXXXXXXXXXXXXXXXXXXXXXXXX</w:t>
      </w:r>
      <w:r w:rsidRPr="00F73CEE">
        <w:rPr>
          <w:rFonts w:cs="Times New Roman"/>
          <w:szCs w:val="24"/>
          <w:lang w:val="pt-BR"/>
        </w:rPr>
        <w:t>XXXXXXXXXXXXXXXXXXXXXXX</w:t>
      </w:r>
      <w:r>
        <w:rPr>
          <w:rFonts w:cs="Times New Roman"/>
          <w:szCs w:val="24"/>
          <w:lang w:val="pt-BR"/>
        </w:rPr>
        <w:t>XXX</w:t>
      </w:r>
    </w:p>
    <w:p w14:paraId="2361DAB7" w14:textId="6DBD38E1" w:rsidR="00575A6E" w:rsidRPr="00F73CEE" w:rsidRDefault="00575A6E" w:rsidP="00223307">
      <w:pPr>
        <w:spacing w:after="0"/>
        <w:jc w:val="both"/>
        <w:rPr>
          <w:rFonts w:cs="Times New Roman"/>
          <w:szCs w:val="24"/>
          <w:lang w:val="pt-BR"/>
        </w:rPr>
      </w:pPr>
      <w:r w:rsidRPr="00F73CEE">
        <w:rPr>
          <w:rFonts w:cs="Times New Roman"/>
          <w:szCs w:val="24"/>
          <w:lang w:val="pt-BR"/>
        </w:rPr>
        <w:t>XXXXXXXXXXXXXXXXXXXXXXXXXXXXXXXXXXXXXXXXXXXXXXXXXXXXXXXXXXXXXXXXXXXXXXXXXXXXXXXXXXXXXXXXXXXXXXXXXXXXXXXXXXXXXXXXXXXXXXXXXXXXXXXXXXXXXXXXXXXXXXXXXXXXXXXXXXXXXXXXX</w:t>
      </w:r>
      <w:r w:rsidR="004019DD">
        <w:rPr>
          <w:rFonts w:cs="Times New Roman"/>
          <w:szCs w:val="24"/>
          <w:lang w:val="pt-BR"/>
        </w:rPr>
        <w:t>.</w:t>
      </w:r>
      <w:r w:rsidRPr="00F73CEE">
        <w:rPr>
          <w:rFonts w:cs="Times New Roman"/>
          <w:b/>
          <w:bCs/>
          <w:noProof/>
          <w:szCs w:val="24"/>
          <w:lang w:val="pt-BR"/>
        </w:rPr>
        <w:br/>
      </w:r>
    </w:p>
    <w:p w14:paraId="7C1068A8" w14:textId="77777777" w:rsidR="00575A6E" w:rsidRDefault="00575A6E" w:rsidP="00223307">
      <w:pPr>
        <w:spacing w:after="0"/>
        <w:jc w:val="both"/>
        <w:rPr>
          <w:rFonts w:cs="Times New Roman"/>
          <w:b/>
          <w:bCs/>
          <w:noProof/>
          <w:szCs w:val="24"/>
          <w:lang w:val="pt-BR"/>
        </w:rPr>
      </w:pPr>
      <w:r w:rsidRPr="00F73CEE">
        <w:rPr>
          <w:rFonts w:cs="Times New Roman"/>
          <w:b/>
          <w:bCs/>
          <w:noProof/>
          <w:szCs w:val="24"/>
          <w:lang w:val="pt-BR"/>
        </w:rPr>
        <w:t xml:space="preserve">Descritores: </w:t>
      </w:r>
    </w:p>
    <w:p w14:paraId="3D068C6C" w14:textId="0F3C1005" w:rsidR="006A47D0" w:rsidRDefault="00575A6E" w:rsidP="00223307">
      <w:pPr>
        <w:spacing w:after="0"/>
        <w:jc w:val="both"/>
        <w:rPr>
          <w:rFonts w:cs="Times New Roman"/>
          <w:b/>
          <w:bCs/>
          <w:noProof/>
          <w:szCs w:val="24"/>
          <w:lang w:val="pt-BR"/>
        </w:rPr>
      </w:pPr>
      <w:r>
        <w:rPr>
          <w:rFonts w:cs="Times New Roman"/>
          <w:b/>
          <w:bCs/>
          <w:noProof/>
          <w:szCs w:val="24"/>
          <w:lang w:val="pt-BR"/>
        </w:rPr>
        <w:t xml:space="preserve">Fonte de financiamento: </w:t>
      </w:r>
    </w:p>
    <w:p w14:paraId="3F491C2F" w14:textId="77777777" w:rsidR="00575A6E" w:rsidRPr="00F73CEE" w:rsidRDefault="00575A6E" w:rsidP="00223307">
      <w:pPr>
        <w:spacing w:after="0"/>
        <w:jc w:val="both"/>
        <w:rPr>
          <w:rFonts w:cs="Times New Roman"/>
          <w:b/>
          <w:bCs/>
          <w:noProof/>
          <w:szCs w:val="24"/>
          <w:lang w:val="pt-BR"/>
        </w:rPr>
      </w:pPr>
      <w:r>
        <w:rPr>
          <w:rFonts w:cs="Times New Roman"/>
          <w:b/>
          <w:bCs/>
          <w:noProof/>
          <w:szCs w:val="24"/>
          <w:lang w:val="pt-BR"/>
        </w:rPr>
        <w:t>Referências:</w:t>
      </w:r>
    </w:p>
    <w:p w14:paraId="43F32AC6" w14:textId="77777777" w:rsidR="00714039" w:rsidRPr="00B66565" w:rsidRDefault="00714039">
      <w:pPr>
        <w:rPr>
          <w:lang w:val="pt-BR"/>
        </w:rPr>
      </w:pPr>
    </w:p>
    <w:sectPr w:rsidR="00714039" w:rsidRPr="00B66565" w:rsidSect="004019DD">
      <w:headerReference w:type="default" r:id="rId8"/>
      <w:footerReference w:type="default" r:id="rId9"/>
      <w:pgSz w:w="12240" w:h="15840" w:code="1"/>
      <w:pgMar w:top="1418" w:right="1418" w:bottom="1418" w:left="1418" w:header="340" w:footer="57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5C674F6" w14:textId="77777777" w:rsidR="003A2F55" w:rsidRDefault="003A2F55">
      <w:pPr>
        <w:spacing w:after="0" w:line="240" w:lineRule="auto"/>
      </w:pPr>
      <w:r>
        <w:separator/>
      </w:r>
    </w:p>
  </w:endnote>
  <w:endnote w:type="continuationSeparator" w:id="0">
    <w:p w14:paraId="49248B00" w14:textId="77777777" w:rsidR="003A2F55" w:rsidRDefault="003A2F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34DA54" w14:textId="015AF4E3" w:rsidR="006A47D0" w:rsidRDefault="004019DD">
    <w:pPr>
      <w:pStyle w:val="Rodap"/>
      <w:rPr>
        <w:noProof/>
      </w:rPr>
    </w:pPr>
    <w:r w:rsidRPr="006A47D0">
      <w:drawing>
        <wp:anchor distT="0" distB="0" distL="114300" distR="114300" simplePos="0" relativeHeight="251618303" behindDoc="0" locked="0" layoutInCell="1" allowOverlap="1" wp14:anchorId="454A1229" wp14:editId="7613E7E9">
          <wp:simplePos x="0" y="0"/>
          <wp:positionH relativeFrom="column">
            <wp:posOffset>-1267460</wp:posOffset>
          </wp:positionH>
          <wp:positionV relativeFrom="paragraph">
            <wp:posOffset>-15298</wp:posOffset>
          </wp:positionV>
          <wp:extent cx="8125575" cy="1036389"/>
          <wp:effectExtent l="0" t="0" r="8890" b="0"/>
          <wp:wrapNone/>
          <wp:docPr id="1389715113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89715113" name=""/>
                  <pic:cNvPicPr/>
                </pic:nvPicPr>
                <pic:blipFill rotWithShape="1">
                  <a:blip r:embed="rId1"/>
                  <a:srcRect t="19392"/>
                  <a:stretch>
                    <a:fillRect/>
                  </a:stretch>
                </pic:blipFill>
                <pic:spPr bwMode="auto">
                  <a:xfrm>
                    <a:off x="0" y="0"/>
                    <a:ext cx="8125575" cy="1036389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A47D0" w:rsidRPr="005370AF">
      <w:rPr>
        <w:b/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92032" behindDoc="0" locked="0" layoutInCell="1" allowOverlap="1" wp14:anchorId="46156201" wp14:editId="309124E4">
              <wp:simplePos x="0" y="0"/>
              <wp:positionH relativeFrom="column">
                <wp:posOffset>1912620</wp:posOffset>
              </wp:positionH>
              <wp:positionV relativeFrom="paragraph">
                <wp:posOffset>39370</wp:posOffset>
              </wp:positionV>
              <wp:extent cx="2203450" cy="321945"/>
              <wp:effectExtent l="0" t="0" r="0" b="1905"/>
              <wp:wrapSquare wrapText="bothSides"/>
              <wp:docPr id="896965903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03450" cy="32194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621FA30" w14:textId="0DBC2E17" w:rsidR="00441D35" w:rsidRPr="006A47D0" w:rsidRDefault="00441D35" w:rsidP="006A47D0">
                          <w:pPr>
                            <w:jc w:val="center"/>
                            <w:rPr>
                              <w:b/>
                              <w:bCs/>
                              <w:color w:val="FFFFFF" w:themeColor="background1"/>
                              <w:sz w:val="16"/>
                              <w:szCs w:val="14"/>
                              <w:lang w:val="pt-BR"/>
                            </w:rPr>
                          </w:pPr>
                          <w:r w:rsidRPr="006A47D0">
                            <w:rPr>
                              <w:b/>
                              <w:bCs/>
                              <w:color w:val="FFFFFF" w:themeColor="background1"/>
                              <w:sz w:val="16"/>
                              <w:szCs w:val="14"/>
                              <w:lang w:val="pt-BR"/>
                            </w:rPr>
                            <w:t>Patroc</w:t>
                          </w:r>
                          <w:r w:rsidR="004019DD">
                            <w:rPr>
                              <w:b/>
                              <w:bCs/>
                              <w:color w:val="FFFFFF" w:themeColor="background1"/>
                              <w:sz w:val="16"/>
                              <w:szCs w:val="14"/>
                              <w:lang w:val="pt-BR"/>
                            </w:rPr>
                            <w:t>ínio</w:t>
                          </w:r>
                          <w:r w:rsidRPr="006A47D0">
                            <w:rPr>
                              <w:b/>
                              <w:bCs/>
                              <w:color w:val="FFFFFF" w:themeColor="background1"/>
                              <w:sz w:val="16"/>
                              <w:szCs w:val="14"/>
                              <w:lang w:val="pt-BR"/>
                            </w:rPr>
                            <w:t xml:space="preserve"> e apoio: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6156201" id="_x0000_t202" coordsize="21600,21600" o:spt="202" path="m,l,21600r21600,l21600,xe">
              <v:stroke joinstyle="miter"/>
              <v:path gradientshapeok="t" o:connecttype="rect"/>
            </v:shapetype>
            <v:shape id="_x0000_s1031" type="#_x0000_t202" style="position:absolute;margin-left:150.6pt;margin-top:3.1pt;width:173.5pt;height:25.3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" filled="f" stroked="f">
              <v:textbox>
                <w:txbxContent>
                  <w:p w14:paraId="5621FA30" w14:textId="0DBC2E17" w:rsidR="00441D35" w:rsidRPr="006A47D0" w:rsidRDefault="00441D35" w:rsidP="006A47D0">
                    <w:pPr>
                      <w:jc w:val="center"/>
                      <w:rPr>
                        <w:b/>
                        <w:bCs/>
                        <w:color w:val="FFFFFF" w:themeColor="background1"/>
                        <w:sz w:val="16"/>
                        <w:szCs w:val="14"/>
                        <w:lang w:val="pt-BR"/>
                      </w:rPr>
                    </w:pPr>
                    <w:r w:rsidRPr="006A47D0">
                      <w:rPr>
                        <w:b/>
                        <w:bCs/>
                        <w:color w:val="FFFFFF" w:themeColor="background1"/>
                        <w:sz w:val="16"/>
                        <w:szCs w:val="14"/>
                        <w:lang w:val="pt-BR"/>
                      </w:rPr>
                      <w:t>Patroc</w:t>
                    </w:r>
                    <w:r w:rsidR="004019DD">
                      <w:rPr>
                        <w:b/>
                        <w:bCs/>
                        <w:color w:val="FFFFFF" w:themeColor="background1"/>
                        <w:sz w:val="16"/>
                        <w:szCs w:val="14"/>
                        <w:lang w:val="pt-BR"/>
                      </w:rPr>
                      <w:t>ínio</w:t>
                    </w:r>
                    <w:r w:rsidRPr="006A47D0">
                      <w:rPr>
                        <w:b/>
                        <w:bCs/>
                        <w:color w:val="FFFFFF" w:themeColor="background1"/>
                        <w:sz w:val="16"/>
                        <w:szCs w:val="14"/>
                        <w:lang w:val="pt-BR"/>
                      </w:rPr>
                      <w:t xml:space="preserve"> e apoio: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6A47D0">
      <w:rPr>
        <w:noProof/>
      </w:rPr>
      <mc:AlternateContent>
        <mc:Choice Requires="wpg">
          <w:drawing>
            <wp:anchor distT="0" distB="0" distL="114300" distR="114300" simplePos="0" relativeHeight="251698176" behindDoc="0" locked="0" layoutInCell="1" allowOverlap="1" wp14:anchorId="1863ED14" wp14:editId="635BC66C">
              <wp:simplePos x="0" y="0"/>
              <wp:positionH relativeFrom="column">
                <wp:posOffset>563534</wp:posOffset>
              </wp:positionH>
              <wp:positionV relativeFrom="paragraph">
                <wp:posOffset>-18415</wp:posOffset>
              </wp:positionV>
              <wp:extent cx="1466215" cy="992505"/>
              <wp:effectExtent l="0" t="0" r="0" b="0"/>
              <wp:wrapNone/>
              <wp:docPr id="661139080" name="Agrupar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6215" cy="992505"/>
                        <a:chOff x="0" y="0"/>
                        <a:chExt cx="1466215" cy="992505"/>
                      </a:xfrm>
                    </wpg:grpSpPr>
                    <pic:pic xmlns:pic="http://schemas.openxmlformats.org/drawingml/2006/picture">
                      <pic:nvPicPr>
                        <pic:cNvPr id="1377316744" name="Imagem 9"/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3">
                                  <a14:imgEffect>
                                    <a14:backgroundRemoval t="9961" b="89844" l="3125" r="32357">
                                      <a14:foregroundMark x1="23633" y1="33887" x2="30794" y2="59863"/>
                                      <a14:foregroundMark x1="30794" y1="36426" x2="31576" y2="33887"/>
                                      <a14:foregroundMark x1="30599" y1="48633" x2="31250" y2="59570"/>
                                      <a14:foregroundMark x1="31706" y1="38086" x2="31576" y2="35352"/>
                                      <a14:foregroundMark x1="32357" y1="34961" x2="30534" y2="46875"/>
                                      <a14:backgroundMark x1="33529" y1="42480" x2="33398" y2="45801"/>
                                    </a14:backgroundRemoval>
                                  </a14:imgEffect>
                                </a14:imgLayer>
                              </a14:imgProps>
                            </a:ext>
                          </a:extLst>
                        </a:blip>
                        <a:srcRect r="66426"/>
                        <a:stretch>
                          <a:fillRect/>
                        </a:stretch>
                      </pic:blipFill>
                      <pic:spPr bwMode="auto">
                        <a:xfrm>
                          <a:off x="0" y="58882"/>
                          <a:ext cx="476250" cy="88963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wps:wsp>
                      <wps:cNvPr id="304736020" name="Freeform 3"/>
                      <wps:cNvSpPr/>
                      <wps:spPr>
                        <a:xfrm>
                          <a:off x="476250" y="0"/>
                          <a:ext cx="989965" cy="992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10387" h="3576663">
                              <a:moveTo>
                                <a:pt x="0" y="0"/>
                              </a:moveTo>
                              <a:lnTo>
                                <a:pt x="6210387" y="0"/>
                              </a:lnTo>
                              <a:lnTo>
                                <a:pt x="6210387" y="3576663"/>
                              </a:lnTo>
                              <a:lnTo>
                                <a:pt x="0" y="357666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4"/>
                          <a:srcRect/>
                          <a:stretch>
                            <a:fillRect l="-63946" t="-1" r="-120" b="-55"/>
                          </a:stretch>
                        </a:blipFill>
                      </wps:spPr>
                      <wps:txbx>
                        <w:txbxContent>
                          <w:p w14:paraId="767AB7EC" w14:textId="77777777" w:rsidR="006A47D0" w:rsidRDefault="006A47D0" w:rsidP="006A47D0">
                            <w:pPr>
                              <w:rPr>
                                <w:lang w:val="pt-BR"/>
                              </w:rPr>
                            </w:pPr>
                          </w:p>
                          <w:p w14:paraId="51E5A248" w14:textId="77777777" w:rsidR="006A47D0" w:rsidRPr="006A47D0" w:rsidRDefault="006A47D0" w:rsidP="006A47D0">
                            <w:pPr>
                              <w:rPr>
                                <w:lang w:val="pt-BR"/>
                              </w:rPr>
                            </w:pPr>
                          </w:p>
                        </w:txbxContent>
                      </wps:txbx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863ED14" id="Agrupar 10" o:spid="_x0000_s1032" style="position:absolute;margin-left:44.35pt;margin-top:-1.45pt;width:115.45pt;height:78.15pt;z-index:251698176" coordsize="14662,9925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m 9" o:spid="_x0000_s1033" type="#_x0000_t75" style="position:absolute;top:588;width:4762;height:8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">
                <v:imagedata r:id="rId5" o:title="" cropright="43533f"/>
              </v:shape>
              <v:shape id="Freeform 3" o:spid="_x0000_s1034" style="position:absolute;left:4762;width:9900;height:9925;visibility:visible;mso-wrap-style:square;v-text-anchor:top" coordsize="6210387,357666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" adj="-11796480,,5400" path="m,l6210387,r,3576663l,3576663,,xe" stroked="f">
                <v:fill r:id="rId6" o:title="" recolor="t" rotate="t" type="frame"/>
                <v:stroke joinstyle="miter"/>
                <v:formulas/>
                <v:path arrowok="t" o:connecttype="custom" textboxrect="0,0,6210387,3576663"/>
                <v:textbox>
                  <w:txbxContent>
                    <w:p w14:paraId="767AB7EC" w14:textId="77777777" w:rsidR="006A47D0" w:rsidRDefault="006A47D0" w:rsidP="006A47D0">
                      <w:pPr>
                        <w:rPr>
                          <w:lang w:val="pt-BR"/>
                        </w:rPr>
                      </w:pPr>
                    </w:p>
                    <w:p w14:paraId="51E5A248" w14:textId="77777777" w:rsidR="006A47D0" w:rsidRPr="006A47D0" w:rsidRDefault="006A47D0" w:rsidP="006A47D0">
                      <w:pPr>
                        <w:rPr>
                          <w:lang w:val="pt-BR"/>
                        </w:rPr>
                      </w:pPr>
                    </w:p>
                  </w:txbxContent>
                </v:textbox>
              </v:shape>
            </v:group>
          </w:pict>
        </mc:Fallback>
      </mc:AlternateContent>
    </w:r>
    <w:r w:rsidR="006A47D0">
      <w:rPr>
        <w:noProof/>
      </w:rPr>
      <w:drawing>
        <wp:anchor distT="0" distB="0" distL="114300" distR="114300" simplePos="0" relativeHeight="251700224" behindDoc="0" locked="0" layoutInCell="1" allowOverlap="1" wp14:anchorId="28391A08" wp14:editId="4E578D25">
          <wp:simplePos x="0" y="0"/>
          <wp:positionH relativeFrom="column">
            <wp:posOffset>4156075</wp:posOffset>
          </wp:positionH>
          <wp:positionV relativeFrom="paragraph">
            <wp:posOffset>172933</wp:posOffset>
          </wp:positionV>
          <wp:extent cx="1101386" cy="734218"/>
          <wp:effectExtent l="0" t="0" r="0" b="0"/>
          <wp:wrapNone/>
          <wp:docPr id="1781687291" name="Imagem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81687291" name="Imagem 1781687291"/>
                  <pic:cNvPicPr/>
                </pic:nvPicPr>
                <pic:blipFill>
                  <a:blip r:embed="rId7"/>
                  <a:stretch>
                    <a:fillRect/>
                  </a:stretch>
                </pic:blipFill>
                <pic:spPr>
                  <a:xfrm>
                    <a:off x="0" y="0"/>
                    <a:ext cx="1101386" cy="73421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350BE00" w14:textId="5590E82A" w:rsidR="006A47D0" w:rsidRDefault="006A47D0">
    <w:pPr>
      <w:pStyle w:val="Rodap"/>
      <w:rPr>
        <w:noProof/>
      </w:rPr>
    </w:pPr>
    <w:r>
      <w:rPr>
        <w:noProof/>
      </w:rPr>
      <w:drawing>
        <wp:anchor distT="0" distB="0" distL="114300" distR="114300" simplePos="0" relativeHeight="251699200" behindDoc="0" locked="0" layoutInCell="1" allowOverlap="1" wp14:anchorId="69EDECA0" wp14:editId="04B7C72D">
          <wp:simplePos x="0" y="0"/>
          <wp:positionH relativeFrom="column">
            <wp:posOffset>5216351</wp:posOffset>
          </wp:positionH>
          <wp:positionV relativeFrom="paragraph">
            <wp:posOffset>83154</wp:posOffset>
          </wp:positionV>
          <wp:extent cx="1529079" cy="493888"/>
          <wp:effectExtent l="0" t="0" r="0" b="1905"/>
          <wp:wrapNone/>
          <wp:docPr id="1886431651" name="Imagem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86431651" name="Imagem 1886431651"/>
                  <pic:cNvPicPr/>
                </pic:nvPicPr>
                <pic:blipFill rotWithShape="1">
                  <a:blip r:embed="rId8"/>
                  <a:srcRect l="6948" t="24292" r="6282" b="33667"/>
                  <a:stretch>
                    <a:fillRect/>
                  </a:stretch>
                </pic:blipFill>
                <pic:spPr bwMode="auto">
                  <a:xfrm>
                    <a:off x="0" y="0"/>
                    <a:ext cx="1538255" cy="49685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FC571B7" w14:textId="0ED4F9C2" w:rsidR="006A47D0" w:rsidRDefault="006A47D0">
    <w:pPr>
      <w:pStyle w:val="Rodap"/>
    </w:pPr>
    <w:r>
      <w:rPr>
        <w:b/>
        <w:noProof/>
        <w:lang w:val="pt-BR" w:eastAsia="pt-BR"/>
      </w:rPr>
      <w:drawing>
        <wp:anchor distT="0" distB="0" distL="114300" distR="114300" simplePos="0" relativeHeight="251694080" behindDoc="0" locked="0" layoutInCell="1" allowOverlap="1" wp14:anchorId="5770CB95" wp14:editId="3496F5B5">
          <wp:simplePos x="0" y="0"/>
          <wp:positionH relativeFrom="column">
            <wp:posOffset>-328930</wp:posOffset>
          </wp:positionH>
          <wp:positionV relativeFrom="paragraph">
            <wp:posOffset>-186172</wp:posOffset>
          </wp:positionV>
          <wp:extent cx="887186" cy="591377"/>
          <wp:effectExtent l="0" t="0" r="0" b="0"/>
          <wp:wrapNone/>
          <wp:docPr id="1632837441" name="Imagem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32837441" name="Imagem 1632837441"/>
                  <pic:cNvPicPr/>
                </pic:nvPicPr>
                <pic:blipFill>
                  <a:blip r:embed="rId9"/>
                  <a:stretch>
                    <a:fillRect/>
                  </a:stretch>
                </pic:blipFill>
                <pic:spPr>
                  <a:xfrm>
                    <a:off x="0" y="0"/>
                    <a:ext cx="889616" cy="59299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3FD1800" w14:textId="1CDBB57C" w:rsidR="00B00754" w:rsidRDefault="00B00754">
    <w:pPr>
      <w:pStyle w:val="Rodap"/>
      <w:rPr>
        <w:noProof/>
        <w:lang w:val="pt-BR" w:eastAsia="pt-BR"/>
      </w:rPr>
    </w:pPr>
  </w:p>
  <w:p w14:paraId="44868CCA" w14:textId="7F950BC7" w:rsidR="00B00754" w:rsidRDefault="00B00754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B3ABE5" w14:textId="77777777" w:rsidR="003A2F55" w:rsidRDefault="003A2F55">
      <w:pPr>
        <w:spacing w:after="0" w:line="240" w:lineRule="auto"/>
      </w:pPr>
      <w:r>
        <w:separator/>
      </w:r>
    </w:p>
  </w:footnote>
  <w:footnote w:type="continuationSeparator" w:id="0">
    <w:p w14:paraId="18DAF502" w14:textId="77777777" w:rsidR="003A2F55" w:rsidRDefault="003A2F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93C1B4" w14:textId="1959C35D" w:rsidR="005370AF" w:rsidRDefault="004019DD" w:rsidP="00850560">
    <w:pPr>
      <w:pStyle w:val="Cabealho"/>
      <w:jc w:val="center"/>
      <w:rPr>
        <w:b/>
        <w:lang w:val="pt-BR"/>
      </w:rPr>
    </w:pPr>
    <w:r>
      <w:rPr>
        <w:noProof/>
        <w:lang w:val="pt-BR" w:eastAsia="pt-BR"/>
      </w:rPr>
      <w:drawing>
        <wp:anchor distT="0" distB="0" distL="114300" distR="114300" simplePos="0" relativeHeight="251624448" behindDoc="0" locked="0" layoutInCell="1" allowOverlap="1" wp14:anchorId="360E22C7" wp14:editId="6028D2F8">
          <wp:simplePos x="0" y="0"/>
          <wp:positionH relativeFrom="column">
            <wp:posOffset>-641350</wp:posOffset>
          </wp:positionH>
          <wp:positionV relativeFrom="paragraph">
            <wp:posOffset>-110665</wp:posOffset>
          </wp:positionV>
          <wp:extent cx="3142615" cy="833120"/>
          <wp:effectExtent l="0" t="0" r="635" b="5080"/>
          <wp:wrapNone/>
          <wp:docPr id="1757479146" name="Gráfico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57479160" name="Gráfico 1757479160"/>
                  <pic:cNvPicPr/>
                </pic:nvPicPr>
                <pic:blipFill rotWithShape="1"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rcRect t="39167" b="34297"/>
                  <a:stretch>
                    <a:fillRect/>
                  </a:stretch>
                </pic:blipFill>
                <pic:spPr bwMode="auto">
                  <a:xfrm>
                    <a:off x="0" y="0"/>
                    <a:ext cx="3142615" cy="83312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5370AF">
      <w:rPr>
        <w:b/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702272" behindDoc="0" locked="0" layoutInCell="1" allowOverlap="1" wp14:anchorId="65440300" wp14:editId="6E60ED11">
              <wp:simplePos x="0" y="0"/>
              <wp:positionH relativeFrom="column">
                <wp:posOffset>3005455</wp:posOffset>
              </wp:positionH>
              <wp:positionV relativeFrom="paragraph">
                <wp:posOffset>-172663</wp:posOffset>
              </wp:positionV>
              <wp:extent cx="3546763" cy="436418"/>
              <wp:effectExtent l="0" t="0" r="0" b="1905"/>
              <wp:wrapNone/>
              <wp:docPr id="716102326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46763" cy="436418"/>
                      </a:xfrm>
                      <a:prstGeom prst="rect">
                        <a:avLst/>
                      </a:prstGeom>
                      <a:solidFill>
                        <a:srgbClr val="2E657D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3784D98" w14:textId="4195B396" w:rsidR="004019DD" w:rsidRDefault="004019DD" w:rsidP="004019DD">
                          <w:pPr>
                            <w:spacing w:after="0" w:line="240" w:lineRule="auto"/>
                            <w:jc w:val="center"/>
                            <w:rPr>
                              <w:b/>
                              <w:bCs/>
                              <w:color w:val="FFFFFF" w:themeColor="background1"/>
                              <w:lang w:val="pt-BR"/>
                            </w:rPr>
                          </w:pPr>
                          <w:r w:rsidRPr="004019DD">
                            <w:rPr>
                              <w:b/>
                              <w:bCs/>
                              <w:color w:val="FFFFFF" w:themeColor="background1"/>
                              <w:lang w:val="pt-BR"/>
                            </w:rPr>
                            <w:t>Saúde coletiva</w:t>
                          </w:r>
                          <w:r>
                            <w:rPr>
                              <w:b/>
                              <w:bCs/>
                              <w:color w:val="FFFFFF" w:themeColor="background1"/>
                              <w:lang w:val="pt-BR"/>
                            </w:rPr>
                            <w:t xml:space="preserve"> </w:t>
                          </w:r>
                          <w:r w:rsidRPr="004019DD">
                            <w:rPr>
                              <w:rFonts w:ascii="Arial" w:hAnsi="Arial" w:cs="Arial"/>
                              <w:color w:val="FFFFFF" w:themeColor="background1"/>
                              <w:lang w:val="pt-BR"/>
                            </w:rPr>
                            <w:t>I</w:t>
                          </w:r>
                          <w:r>
                            <w:rPr>
                              <w:b/>
                              <w:bCs/>
                              <w:color w:val="FFFFFF" w:themeColor="background1"/>
                              <w:lang w:val="pt-BR"/>
                            </w:rPr>
                            <w:t xml:space="preserve"> Inovação terapêutica</w:t>
                          </w:r>
                        </w:p>
                        <w:p w14:paraId="001DA7E1" w14:textId="4DD20CE6" w:rsidR="004019DD" w:rsidRPr="004019DD" w:rsidRDefault="004019DD" w:rsidP="004019DD">
                          <w:pPr>
                            <w:spacing w:after="0" w:line="240" w:lineRule="auto"/>
                            <w:jc w:val="center"/>
                            <w:rPr>
                              <w:b/>
                              <w:bCs/>
                              <w:color w:val="FFFFFF" w:themeColor="background1"/>
                              <w:lang w:val="pt-BR"/>
                            </w:rPr>
                          </w:pPr>
                          <w:r>
                            <w:rPr>
                              <w:b/>
                              <w:bCs/>
                              <w:color w:val="FFFFFF" w:themeColor="background1"/>
                              <w:lang w:val="pt-BR"/>
                            </w:rPr>
                            <w:t xml:space="preserve">Ciências da Saúde </w:t>
                          </w:r>
                          <w:r w:rsidRPr="004019DD">
                            <w:rPr>
                              <w:rFonts w:ascii="Arial" w:hAnsi="Arial" w:cs="Arial"/>
                              <w:color w:val="FFFFFF" w:themeColor="background1"/>
                              <w:lang w:val="pt-BR"/>
                            </w:rPr>
                            <w:t>I</w:t>
                          </w:r>
                          <w:r>
                            <w:rPr>
                              <w:b/>
                              <w:bCs/>
                              <w:color w:val="FFFFFF" w:themeColor="background1"/>
                              <w:lang w:val="pt-BR"/>
                            </w:rPr>
                            <w:t xml:space="preserve"> Biodiversidade e Biotecnologia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5440300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left:0;text-align:left;margin-left:236.65pt;margin-top:-13.6pt;width:279.25pt;height:34.3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" fillcolor="#2e657d" stroked="f">
              <v:textbox>
                <w:txbxContent>
                  <w:p w14:paraId="43784D98" w14:textId="4195B396" w:rsidR="004019DD" w:rsidRDefault="004019DD" w:rsidP="004019DD">
                    <w:pPr>
                      <w:spacing w:after="0" w:line="240" w:lineRule="auto"/>
                      <w:jc w:val="center"/>
                      <w:rPr>
                        <w:b/>
                        <w:bCs/>
                        <w:color w:val="FFFFFF" w:themeColor="background1"/>
                        <w:lang w:val="pt-BR"/>
                      </w:rPr>
                    </w:pPr>
                    <w:r w:rsidRPr="004019DD">
                      <w:rPr>
                        <w:b/>
                        <w:bCs/>
                        <w:color w:val="FFFFFF" w:themeColor="background1"/>
                        <w:lang w:val="pt-BR"/>
                      </w:rPr>
                      <w:t>Saúde coletiva</w:t>
                    </w:r>
                    <w:r>
                      <w:rPr>
                        <w:b/>
                        <w:bCs/>
                        <w:color w:val="FFFFFF" w:themeColor="background1"/>
                        <w:lang w:val="pt-BR"/>
                      </w:rPr>
                      <w:t xml:space="preserve"> </w:t>
                    </w:r>
                    <w:r w:rsidRPr="004019DD">
                      <w:rPr>
                        <w:rFonts w:ascii="Arial" w:hAnsi="Arial" w:cs="Arial"/>
                        <w:color w:val="FFFFFF" w:themeColor="background1"/>
                        <w:lang w:val="pt-BR"/>
                      </w:rPr>
                      <w:t>I</w:t>
                    </w:r>
                    <w:r>
                      <w:rPr>
                        <w:b/>
                        <w:bCs/>
                        <w:color w:val="FFFFFF" w:themeColor="background1"/>
                        <w:lang w:val="pt-BR"/>
                      </w:rPr>
                      <w:t xml:space="preserve"> Inovação terapêutica</w:t>
                    </w:r>
                  </w:p>
                  <w:p w14:paraId="001DA7E1" w14:textId="4DD20CE6" w:rsidR="004019DD" w:rsidRPr="004019DD" w:rsidRDefault="004019DD" w:rsidP="004019DD">
                    <w:pPr>
                      <w:spacing w:after="0" w:line="240" w:lineRule="auto"/>
                      <w:jc w:val="center"/>
                      <w:rPr>
                        <w:b/>
                        <w:bCs/>
                        <w:color w:val="FFFFFF" w:themeColor="background1"/>
                        <w:lang w:val="pt-BR"/>
                      </w:rPr>
                    </w:pPr>
                    <w:r>
                      <w:rPr>
                        <w:b/>
                        <w:bCs/>
                        <w:color w:val="FFFFFF" w:themeColor="background1"/>
                        <w:lang w:val="pt-BR"/>
                      </w:rPr>
                      <w:t xml:space="preserve">Ciências da Saúde </w:t>
                    </w:r>
                    <w:r w:rsidRPr="004019DD">
                      <w:rPr>
                        <w:rFonts w:ascii="Arial" w:hAnsi="Arial" w:cs="Arial"/>
                        <w:color w:val="FFFFFF" w:themeColor="background1"/>
                        <w:lang w:val="pt-BR"/>
                      </w:rPr>
                      <w:t>I</w:t>
                    </w:r>
                    <w:r>
                      <w:rPr>
                        <w:b/>
                        <w:bCs/>
                        <w:color w:val="FFFFFF" w:themeColor="background1"/>
                        <w:lang w:val="pt-BR"/>
                      </w:rPr>
                      <w:t xml:space="preserve"> Biodiversidade e Biotecnologia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251619328" behindDoc="0" locked="0" layoutInCell="1" allowOverlap="1" wp14:anchorId="2B4F2271" wp14:editId="5E1C32A7">
              <wp:simplePos x="0" y="0"/>
              <wp:positionH relativeFrom="column">
                <wp:posOffset>-889000</wp:posOffset>
              </wp:positionH>
              <wp:positionV relativeFrom="paragraph">
                <wp:posOffset>-767715</wp:posOffset>
              </wp:positionV>
              <wp:extent cx="7844790" cy="1565910"/>
              <wp:effectExtent l="57150" t="19050" r="80010" b="91440"/>
              <wp:wrapNone/>
              <wp:docPr id="536231978" name="Retângulo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844790" cy="1565910"/>
                      </a:xfrm>
                      <a:prstGeom prst="rect">
                        <a:avLst/>
                      </a:prstGeom>
                      <a:solidFill>
                        <a:srgbClr val="2E657D"/>
                      </a:solidFill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79A8AC6" id="Retângulo 6" o:spid="_x0000_s1026" style="position:absolute;margin-left:-70pt;margin-top:-60.45pt;width:617.7pt;height:123.3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" fillcolor="#2e657d" strokecolor="#4579b8 [3044]">
              <v:shadow on="t" color="black" opacity="22937f" origin=",.5" offset="0,.63889mm"/>
            </v:rect>
          </w:pict>
        </mc:Fallback>
      </mc:AlternateContent>
    </w:r>
  </w:p>
  <w:p w14:paraId="4ACB91A9" w14:textId="1F6D0BA2" w:rsidR="005370AF" w:rsidRDefault="004019DD" w:rsidP="00850560">
    <w:pPr>
      <w:pStyle w:val="Cabealho"/>
      <w:jc w:val="center"/>
      <w:rPr>
        <w:b/>
        <w:lang w:val="pt-BR"/>
      </w:rPr>
    </w:pPr>
    <w:r>
      <w:rPr>
        <w:b/>
        <w:noProof/>
        <w:lang w:val="pt-BR"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35640731" wp14:editId="00D32C5C">
              <wp:simplePos x="0" y="0"/>
              <wp:positionH relativeFrom="column">
                <wp:posOffset>3155488</wp:posOffset>
              </wp:positionH>
              <wp:positionV relativeFrom="paragraph">
                <wp:posOffset>129713</wp:posOffset>
              </wp:positionV>
              <wp:extent cx="3162300" cy="490856"/>
              <wp:effectExtent l="38100" t="0" r="19050" b="4445"/>
              <wp:wrapNone/>
              <wp:docPr id="1116970207" name="Agrupar 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162300" cy="490856"/>
                        <a:chOff x="0" y="0"/>
                        <a:chExt cx="3162300" cy="490856"/>
                      </a:xfrm>
                    </wpg:grpSpPr>
                    <wps:wsp>
                      <wps:cNvPr id="1729113394" name="Caixa de Texto 2"/>
                      <wps:cNvSpPr txBox="1">
                        <a:spLocks noChangeArrowheads="1"/>
                      </wps:cNvSpPr>
                      <wps:spPr bwMode="auto">
                        <a:xfrm>
                          <a:off x="10391" y="0"/>
                          <a:ext cx="3101340" cy="419100"/>
                        </a:xfrm>
                        <a:prstGeom prst="rect">
                          <a:avLst/>
                        </a:prstGeom>
                        <a:solidFill>
                          <a:srgbClr val="2E657D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A3BE6C" w14:textId="1DCD9C70" w:rsidR="005370AF" w:rsidRPr="004019DD" w:rsidRDefault="006A47D0" w:rsidP="005370AF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lang w:val="pt-BR"/>
                              </w:rPr>
                            </w:pPr>
                            <w:r w:rsidRPr="004019D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9</w:t>
                            </w:r>
                            <w:r w:rsidR="00AA644D" w:rsidRPr="004019D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a </w:t>
                            </w:r>
                            <w:r w:rsidR="005370AF" w:rsidRPr="004019D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11 de </w:t>
                            </w:r>
                            <w:proofErr w:type="spellStart"/>
                            <w:r w:rsidR="005370AF" w:rsidRPr="004019D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setembro</w:t>
                            </w:r>
                            <w:proofErr w:type="spellEnd"/>
                            <w:r w:rsidR="00AA644D" w:rsidRPr="004019DD"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 de 2026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1638354675" name="Conector reto 7"/>
                      <wps:cNvCnPr/>
                      <wps:spPr>
                        <a:xfrm>
                          <a:off x="0" y="31173"/>
                          <a:ext cx="31623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2106000585" name="Caixa de Texto 2"/>
                      <wps:cNvSpPr txBox="1">
                        <a:spLocks noChangeArrowheads="1"/>
                      </wps:cNvSpPr>
                      <wps:spPr bwMode="auto">
                        <a:xfrm>
                          <a:off x="58882" y="192406"/>
                          <a:ext cx="3101340" cy="298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FABB8A" w14:textId="407D83E3" w:rsidR="00AA644D" w:rsidRPr="004019DD" w:rsidRDefault="00AA644D" w:rsidP="00441D35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lang w:val="pt-BR"/>
                              </w:rPr>
                            </w:pPr>
                            <w:r w:rsidRPr="004019DD">
                              <w:rPr>
                                <w:b/>
                                <w:bCs/>
                                <w:color w:val="FFFFFF" w:themeColor="background1"/>
                                <w:lang w:val="pt-BR"/>
                              </w:rPr>
                              <w:t>Santaré</w:t>
                            </w:r>
                            <w:r w:rsidR="004019DD">
                              <w:rPr>
                                <w:b/>
                                <w:bCs/>
                                <w:color w:val="FFFFFF" w:themeColor="background1"/>
                                <w:lang w:val="pt-BR"/>
                              </w:rPr>
                              <w:t>m</w:t>
                            </w:r>
                            <w:r w:rsidRPr="004019DD">
                              <w:rPr>
                                <w:b/>
                                <w:bCs/>
                                <w:color w:val="FFFFFF" w:themeColor="background1"/>
                                <w:lang w:val="pt-BR"/>
                              </w:rPr>
                              <w:t xml:space="preserve"> - PA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5640731" id="Agrupar 14" o:spid="_x0000_s1027" style="position:absolute;left:0;text-align:left;margin-left:248.45pt;margin-top:10.2pt;width:249pt;height:38.65pt;z-index:251661312;mso-height-relative:margin" coordsize="31623,4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">
              <v:shape id="_x0000_s1028" type="#_x0000_t202" style="position:absolute;left:103;width:31014;height:4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" fillcolor="#2e657d" stroked="f">
                <v:textbox>
                  <w:txbxContent>
                    <w:p w14:paraId="21A3BE6C" w14:textId="1DCD9C70" w:rsidR="005370AF" w:rsidRPr="004019DD" w:rsidRDefault="006A47D0" w:rsidP="005370AF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lang w:val="pt-BR"/>
                        </w:rPr>
                      </w:pPr>
                      <w:r w:rsidRPr="004019DD">
                        <w:rPr>
                          <w:b/>
                          <w:bCs/>
                          <w:color w:val="FFFFFF" w:themeColor="background1"/>
                        </w:rPr>
                        <w:t>9</w:t>
                      </w:r>
                      <w:r w:rsidR="00AA644D" w:rsidRPr="004019DD">
                        <w:rPr>
                          <w:b/>
                          <w:bCs/>
                          <w:color w:val="FFFFFF" w:themeColor="background1"/>
                        </w:rPr>
                        <w:t xml:space="preserve"> a </w:t>
                      </w:r>
                      <w:r w:rsidR="005370AF" w:rsidRPr="004019DD">
                        <w:rPr>
                          <w:b/>
                          <w:bCs/>
                          <w:color w:val="FFFFFF" w:themeColor="background1"/>
                        </w:rPr>
                        <w:t xml:space="preserve">11 de </w:t>
                      </w:r>
                      <w:proofErr w:type="spellStart"/>
                      <w:r w:rsidR="005370AF" w:rsidRPr="004019DD">
                        <w:rPr>
                          <w:b/>
                          <w:bCs/>
                          <w:color w:val="FFFFFF" w:themeColor="background1"/>
                        </w:rPr>
                        <w:t>setembro</w:t>
                      </w:r>
                      <w:proofErr w:type="spellEnd"/>
                      <w:r w:rsidR="00AA644D" w:rsidRPr="004019DD">
                        <w:rPr>
                          <w:b/>
                          <w:bCs/>
                          <w:color w:val="FFFFFF" w:themeColor="background1"/>
                        </w:rPr>
                        <w:t xml:space="preserve"> de 2026</w:t>
                      </w:r>
                    </w:p>
                  </w:txbxContent>
                </v:textbox>
              </v:shape>
              <v:line id="Conector reto 7" o:spid="_x0000_s1029" style="position:absolute;visibility:visible;mso-wrap-style:square" from="0,311" to="31623,3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" strokecolor="white [3212]" strokeweight="2pt">
                <v:shadow on="t" color="black" opacity="24903f" origin=",.5" offset="0,.55556mm"/>
              </v:line>
              <v:shape id="_x0000_s1030" type="#_x0000_t202" style="position:absolute;left:588;top:1924;width:3101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" filled="f" stroked="f">
                <v:textbox>
                  <w:txbxContent>
                    <w:p w14:paraId="2BFABB8A" w14:textId="407D83E3" w:rsidR="00AA644D" w:rsidRPr="004019DD" w:rsidRDefault="00AA644D" w:rsidP="00441D35">
                      <w:pPr>
                        <w:spacing w:after="0"/>
                        <w:jc w:val="center"/>
                        <w:rPr>
                          <w:b/>
                          <w:bCs/>
                          <w:color w:val="FFFFFF" w:themeColor="background1"/>
                          <w:lang w:val="pt-BR"/>
                        </w:rPr>
                      </w:pPr>
                      <w:r w:rsidRPr="004019DD">
                        <w:rPr>
                          <w:b/>
                          <w:bCs/>
                          <w:color w:val="FFFFFF" w:themeColor="background1"/>
                          <w:lang w:val="pt-BR"/>
                        </w:rPr>
                        <w:t>Santaré</w:t>
                      </w:r>
                      <w:r w:rsidR="004019DD">
                        <w:rPr>
                          <w:b/>
                          <w:bCs/>
                          <w:color w:val="FFFFFF" w:themeColor="background1"/>
                          <w:lang w:val="pt-BR"/>
                        </w:rPr>
                        <w:t>m</w:t>
                      </w:r>
                      <w:r w:rsidRPr="004019DD">
                        <w:rPr>
                          <w:b/>
                          <w:bCs/>
                          <w:color w:val="FFFFFF" w:themeColor="background1"/>
                          <w:lang w:val="pt-BR"/>
                        </w:rPr>
                        <w:t xml:space="preserve"> - PA</w:t>
                      </w:r>
                    </w:p>
                  </w:txbxContent>
                </v:textbox>
              </v:shape>
            </v:group>
          </w:pict>
        </mc:Fallback>
      </mc:AlternateContent>
    </w:r>
  </w:p>
  <w:p w14:paraId="2CC976B5" w14:textId="2A86A508" w:rsidR="004A7A88" w:rsidRDefault="004A7A88" w:rsidP="00850560">
    <w:pPr>
      <w:pStyle w:val="Cabealho"/>
      <w:jc w:val="center"/>
      <w:rPr>
        <w:b/>
        <w:lang w:val="pt-BR"/>
      </w:rPr>
    </w:pPr>
  </w:p>
  <w:p w14:paraId="2C70C084" w14:textId="070EC59E" w:rsidR="005370AF" w:rsidRDefault="005370AF" w:rsidP="00850560">
    <w:pPr>
      <w:pStyle w:val="Cabealho"/>
      <w:jc w:val="center"/>
      <w:rPr>
        <w:b/>
        <w:lang w:val="pt-BR"/>
      </w:rPr>
    </w:pPr>
  </w:p>
  <w:p w14:paraId="35420B21" w14:textId="4ACFEDA1" w:rsidR="00AA644D" w:rsidRDefault="00AA644D" w:rsidP="00850560">
    <w:pPr>
      <w:pStyle w:val="Cabealho"/>
      <w:jc w:val="center"/>
      <w:rPr>
        <w:b/>
        <w:lang w:val="pt-BR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Numerada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Numerada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Commarcadores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Commarcadores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Numerad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Commarcadore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784925816">
    <w:abstractNumId w:val="8"/>
  </w:num>
  <w:num w:numId="2" w16cid:durableId="488599517">
    <w:abstractNumId w:val="6"/>
  </w:num>
  <w:num w:numId="3" w16cid:durableId="802771044">
    <w:abstractNumId w:val="5"/>
  </w:num>
  <w:num w:numId="4" w16cid:durableId="546915547">
    <w:abstractNumId w:val="4"/>
  </w:num>
  <w:num w:numId="5" w16cid:durableId="2108428256">
    <w:abstractNumId w:val="7"/>
  </w:num>
  <w:num w:numId="6" w16cid:durableId="1007365879">
    <w:abstractNumId w:val="3"/>
  </w:num>
  <w:num w:numId="7" w16cid:durableId="327908006">
    <w:abstractNumId w:val="2"/>
  </w:num>
  <w:num w:numId="8" w16cid:durableId="1765375358">
    <w:abstractNumId w:val="1"/>
  </w:num>
  <w:num w:numId="9" w16cid:durableId="29946242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47730"/>
    <w:rsid w:val="00034616"/>
    <w:rsid w:val="0006063C"/>
    <w:rsid w:val="000B1C61"/>
    <w:rsid w:val="00102DB3"/>
    <w:rsid w:val="0015074B"/>
    <w:rsid w:val="00223307"/>
    <w:rsid w:val="002851FE"/>
    <w:rsid w:val="0029639D"/>
    <w:rsid w:val="002F31E6"/>
    <w:rsid w:val="0031431B"/>
    <w:rsid w:val="00326F90"/>
    <w:rsid w:val="0033368F"/>
    <w:rsid w:val="00395E6C"/>
    <w:rsid w:val="003A2F55"/>
    <w:rsid w:val="004019DD"/>
    <w:rsid w:val="004329F6"/>
    <w:rsid w:val="00441D35"/>
    <w:rsid w:val="004A7A88"/>
    <w:rsid w:val="00521C65"/>
    <w:rsid w:val="005370AF"/>
    <w:rsid w:val="00575A6E"/>
    <w:rsid w:val="006A47D0"/>
    <w:rsid w:val="00714039"/>
    <w:rsid w:val="00766518"/>
    <w:rsid w:val="00850560"/>
    <w:rsid w:val="008C275C"/>
    <w:rsid w:val="00A43570"/>
    <w:rsid w:val="00AA1D8D"/>
    <w:rsid w:val="00AA644D"/>
    <w:rsid w:val="00B00754"/>
    <w:rsid w:val="00B47730"/>
    <w:rsid w:val="00B66565"/>
    <w:rsid w:val="00C77990"/>
    <w:rsid w:val="00CB0664"/>
    <w:rsid w:val="00E22D36"/>
    <w:rsid w:val="00FB2F5D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46007A61"/>
  <w14:defaultImageDpi w14:val="300"/>
  <w15:docId w15:val="{81B698B2-4EC8-405B-AE91-08AA51BEBE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  <w:rPr>
      <w:rFonts w:ascii="Times New Roman" w:hAnsi="Times New Roman"/>
      <w:sz w:val="24"/>
    </w:rPr>
  </w:style>
  <w:style w:type="paragraph" w:styleId="Ttulo1">
    <w:name w:val="heading 1"/>
    <w:basedOn w:val="Normal"/>
    <w:next w:val="Normal"/>
    <w:link w:val="Ttulo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618BF"/>
  </w:style>
  <w:style w:type="paragraph" w:styleId="Rodap">
    <w:name w:val="footer"/>
    <w:basedOn w:val="Normal"/>
    <w:link w:val="Rodap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618BF"/>
  </w:style>
  <w:style w:type="paragraph" w:styleId="SemEspaamento">
    <w:name w:val="No Spacing"/>
    <w:uiPriority w:val="1"/>
    <w:qFormat/>
    <w:rsid w:val="00FC693F"/>
    <w:pPr>
      <w:spacing w:after="0" w:line="240" w:lineRule="auto"/>
    </w:pPr>
  </w:style>
  <w:style w:type="character" w:customStyle="1" w:styleId="Ttulo1Char">
    <w:name w:val="Título 1 Char"/>
    <w:basedOn w:val="Fontepargpadro"/>
    <w:link w:val="Ttulo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tulo2Char">
    <w:name w:val="Título 2 Char"/>
    <w:basedOn w:val="Fontepargpadro"/>
    <w:link w:val="Ttulo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">
    <w:name w:val="Title"/>
    <w:basedOn w:val="Normal"/>
    <w:next w:val="Normal"/>
    <w:link w:val="Ttulo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har">
    <w:name w:val="Título Char"/>
    <w:basedOn w:val="Fontepargpadro"/>
    <w:link w:val="Ttulo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tulo">
    <w:name w:val="Subtitle"/>
    <w:basedOn w:val="Normal"/>
    <w:next w:val="Normal"/>
    <w:link w:val="Subttulo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SubttuloChar">
    <w:name w:val="Subtítulo Char"/>
    <w:basedOn w:val="Fontepargpadro"/>
    <w:link w:val="Subttulo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PargrafodaLista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Corpodetexto">
    <w:name w:val="Body Text"/>
    <w:basedOn w:val="Normal"/>
    <w:link w:val="CorpodetextoChar"/>
    <w:uiPriority w:val="99"/>
    <w:unhideWhenUsed/>
    <w:rsid w:val="00AA1D8D"/>
    <w:pPr>
      <w:spacing w:after="120"/>
    </w:pPr>
  </w:style>
  <w:style w:type="character" w:customStyle="1" w:styleId="CorpodetextoChar">
    <w:name w:val="Corpo de texto Char"/>
    <w:basedOn w:val="Fontepargpadro"/>
    <w:link w:val="Corpodetexto"/>
    <w:uiPriority w:val="99"/>
    <w:rsid w:val="00AA1D8D"/>
  </w:style>
  <w:style w:type="paragraph" w:styleId="Corpodetexto2">
    <w:name w:val="Body Text 2"/>
    <w:basedOn w:val="Normal"/>
    <w:link w:val="Corpodetexto2Char"/>
    <w:uiPriority w:val="99"/>
    <w:unhideWhenUsed/>
    <w:rsid w:val="00AA1D8D"/>
    <w:pPr>
      <w:spacing w:after="120" w:line="480" w:lineRule="auto"/>
    </w:pPr>
  </w:style>
  <w:style w:type="character" w:customStyle="1" w:styleId="Corpodetexto2Char">
    <w:name w:val="Corpo de texto 2 Char"/>
    <w:basedOn w:val="Fontepargpadro"/>
    <w:link w:val="Corpodetexto2"/>
    <w:uiPriority w:val="99"/>
    <w:rsid w:val="00AA1D8D"/>
  </w:style>
  <w:style w:type="paragraph" w:styleId="Corpodetexto3">
    <w:name w:val="Body Text 3"/>
    <w:basedOn w:val="Normal"/>
    <w:link w:val="Corpodetexto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Corpodetexto3Char">
    <w:name w:val="Corpo de texto 3 Char"/>
    <w:basedOn w:val="Fontepargpadro"/>
    <w:link w:val="Corpodetexto3"/>
    <w:uiPriority w:val="99"/>
    <w:rsid w:val="00AA1D8D"/>
    <w:rPr>
      <w:sz w:val="16"/>
      <w:szCs w:val="16"/>
    </w:rPr>
  </w:style>
  <w:style w:type="paragraph" w:styleId="Lista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a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a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Commarcadores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Commarcadores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Commarcadores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Numerada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Numerada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Numerada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adecontinuao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adecontinuao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adecontinuao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Textodemacro">
    <w:name w:val="macro"/>
    <w:link w:val="Textodemacro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xtodemacroChar">
    <w:name w:val="Texto de macro Char"/>
    <w:basedOn w:val="Fontepargpadro"/>
    <w:link w:val="Textodemacro"/>
    <w:uiPriority w:val="99"/>
    <w:rsid w:val="0029639D"/>
    <w:rPr>
      <w:rFonts w:ascii="Courier" w:hAnsi="Courier"/>
      <w:sz w:val="20"/>
      <w:szCs w:val="20"/>
    </w:rPr>
  </w:style>
  <w:style w:type="paragraph" w:styleId="Citao">
    <w:name w:val="Quote"/>
    <w:basedOn w:val="Normal"/>
    <w:next w:val="Normal"/>
    <w:link w:val="CitaoChar"/>
    <w:uiPriority w:val="29"/>
    <w:qFormat/>
    <w:rsid w:val="00FC693F"/>
    <w:rPr>
      <w:i/>
      <w:iCs/>
      <w:color w:val="000000" w:themeColor="text1"/>
    </w:rPr>
  </w:style>
  <w:style w:type="character" w:customStyle="1" w:styleId="CitaoChar">
    <w:name w:val="Citação Char"/>
    <w:basedOn w:val="Fontepargpadro"/>
    <w:link w:val="Citao"/>
    <w:uiPriority w:val="29"/>
    <w:rsid w:val="00FC693F"/>
    <w:rPr>
      <w:i/>
      <w:iCs/>
      <w:color w:val="000000" w:themeColor="text1"/>
    </w:rPr>
  </w:style>
  <w:style w:type="character" w:customStyle="1" w:styleId="Ttulo4Char">
    <w:name w:val="Título 4 Char"/>
    <w:basedOn w:val="Fontepargpadro"/>
    <w:link w:val="Ttulo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Ttulo5Char">
    <w:name w:val="Título 5 Char"/>
    <w:basedOn w:val="Fontepargpadro"/>
    <w:link w:val="Ttulo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Ttulo9Char">
    <w:name w:val="Título 9 Char"/>
    <w:basedOn w:val="Fontepargpadro"/>
    <w:link w:val="Ttulo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egenda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Forte">
    <w:name w:val="Strong"/>
    <w:basedOn w:val="Fontepargpadro"/>
    <w:uiPriority w:val="22"/>
    <w:qFormat/>
    <w:rsid w:val="00FC693F"/>
    <w:rPr>
      <w:b/>
      <w:bCs/>
    </w:rPr>
  </w:style>
  <w:style w:type="character" w:styleId="nfase">
    <w:name w:val="Emphasis"/>
    <w:basedOn w:val="Fontepargpadro"/>
    <w:uiPriority w:val="20"/>
    <w:qFormat/>
    <w:rsid w:val="00FC693F"/>
    <w:rPr>
      <w:i/>
      <w:iCs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FC693F"/>
    <w:rPr>
      <w:b/>
      <w:bCs/>
      <w:i/>
      <w:iCs/>
      <w:color w:val="4F81BD" w:themeColor="accent1"/>
    </w:rPr>
  </w:style>
  <w:style w:type="character" w:styleId="nfaseSutil">
    <w:name w:val="Subtle Emphasis"/>
    <w:basedOn w:val="Fontepargpadro"/>
    <w:uiPriority w:val="19"/>
    <w:qFormat/>
    <w:rsid w:val="00FC693F"/>
    <w:rPr>
      <w:i/>
      <w:iCs/>
      <w:color w:val="808080" w:themeColor="text1" w:themeTint="7F"/>
    </w:rPr>
  </w:style>
  <w:style w:type="character" w:styleId="nfaseIntensa">
    <w:name w:val="Intense Emphasis"/>
    <w:basedOn w:val="Fontepargpadro"/>
    <w:uiPriority w:val="21"/>
    <w:qFormat/>
    <w:rsid w:val="00FC693F"/>
    <w:rPr>
      <w:b/>
      <w:bCs/>
      <w:i/>
      <w:iCs/>
      <w:color w:val="4F81BD" w:themeColor="accent1"/>
    </w:rPr>
  </w:style>
  <w:style w:type="character" w:styleId="RefernciaSutil">
    <w:name w:val="Subtle Reference"/>
    <w:basedOn w:val="Fontepargpadro"/>
    <w:uiPriority w:val="31"/>
    <w:qFormat/>
    <w:rsid w:val="00FC693F"/>
    <w:rPr>
      <w:smallCaps/>
      <w:color w:val="C0504D" w:themeColor="accent2"/>
      <w:u w:val="single"/>
    </w:rPr>
  </w:style>
  <w:style w:type="character" w:styleId="RefernciaIntensa">
    <w:name w:val="Intense Reference"/>
    <w:basedOn w:val="Fontepargpadro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TtulodoLivro">
    <w:name w:val="Book Title"/>
    <w:basedOn w:val="Fontepargpadro"/>
    <w:uiPriority w:val="33"/>
    <w:qFormat/>
    <w:rsid w:val="00FC693F"/>
    <w:rPr>
      <w:b/>
      <w:bCs/>
      <w:smallCaps/>
      <w:spacing w:val="5"/>
    </w:rPr>
  </w:style>
  <w:style w:type="paragraph" w:styleId="CabealhodoSumrio">
    <w:name w:val="TOC Heading"/>
    <w:basedOn w:val="Ttulo1"/>
    <w:next w:val="Normal"/>
    <w:uiPriority w:val="39"/>
    <w:semiHidden/>
    <w:unhideWhenUsed/>
    <w:qFormat/>
    <w:rsid w:val="00FC693F"/>
    <w:pPr>
      <w:outlineLvl w:val="9"/>
    </w:pPr>
  </w:style>
  <w:style w:type="table" w:styleId="Tabelacomgrade">
    <w:name w:val="Table Grid"/>
    <w:basedOn w:val="Tabela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SombreamentoClaro">
    <w:name w:val="Light Shading"/>
    <w:basedOn w:val="Tabela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ombreamentoClaro-nfase1">
    <w:name w:val="Light Shading Accent 1"/>
    <w:basedOn w:val="Tabela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ombreamentoClaro-nfase2">
    <w:name w:val="Light Shading Accent 2"/>
    <w:basedOn w:val="Tabela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SombreamentoClaro-nfase3">
    <w:name w:val="Light Shading Accent 3"/>
    <w:basedOn w:val="Tabela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SombreamentoClaro-nfase4">
    <w:name w:val="Light Shading Accent 4"/>
    <w:basedOn w:val="Tabela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SombreamentoClaro-nfase5">
    <w:name w:val="Light Shading Accent 5"/>
    <w:basedOn w:val="Tabela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SombreamentoClaro-nfase6">
    <w:name w:val="Light Shading Accent 6"/>
    <w:basedOn w:val="Tabela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staClara">
    <w:name w:val="Light List"/>
    <w:basedOn w:val="Tabela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staClara-nfase1">
    <w:name w:val="Light List Accent 1"/>
    <w:basedOn w:val="Tabela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staClara-nfase2">
    <w:name w:val="Light List Accent 2"/>
    <w:basedOn w:val="Tabe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staClara-nfase3">
    <w:name w:val="Light List Accent 3"/>
    <w:basedOn w:val="Tabe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staClara-nfase4">
    <w:name w:val="Light List Accent 4"/>
    <w:basedOn w:val="Tabe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staClara-nfase5">
    <w:name w:val="Light List Accent 5"/>
    <w:basedOn w:val="Tabe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staClara-nfase6">
    <w:name w:val="Light List Accent 6"/>
    <w:basedOn w:val="Tabe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GradeClara">
    <w:name w:val="Light Grid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GradeClara-nfase1">
    <w:name w:val="Light Grid Accent 1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GradeClara-nfase2">
    <w:name w:val="Light Grid Accent 2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GradeClara-nfase3">
    <w:name w:val="Light Grid Accent 3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GradeClara-nfase4">
    <w:name w:val="Light Grid Accent 4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GradeClara-nfase5">
    <w:name w:val="Light Grid Accent 5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GradeClara-nfase6">
    <w:name w:val="Light Grid Accent 6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SombreamentoMdio1">
    <w:name w:val="Medium Shading 1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1">
    <w:name w:val="Medium Shading 1 Accent 1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2">
    <w:name w:val="Medium Shading 1 Accent 2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3">
    <w:name w:val="Medium Shading 1 Accent 3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4">
    <w:name w:val="Medium Shading 1 Accent 4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5">
    <w:name w:val="Medium Shading 1 Accent 5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6">
    <w:name w:val="Medium Shading 1 Accent 6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2">
    <w:name w:val="Medium Shading 2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1">
    <w:name w:val="Medium Shading 2 Accent 1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2">
    <w:name w:val="Medium Shading 2 Accent 2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3">
    <w:name w:val="Medium Shading 2 Accent 3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4">
    <w:name w:val="Medium Shading 2 Accent 4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5">
    <w:name w:val="Medium Shading 2 Accent 5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6">
    <w:name w:val="Medium Shading 2 Accent 6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ListaMdia1">
    <w:name w:val="Medium List 1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ListaMdia1-nfase1">
    <w:name w:val="Medium List 1 Accent 1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ListaMdia1-nfase2">
    <w:name w:val="Medium List 1 Accent 2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ListaMdia1-nfase3">
    <w:name w:val="Medium List 1 Accent 3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ListaMdia1-nfase4">
    <w:name w:val="Medium List 1 Accent 4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ListaMdia1-nfase5">
    <w:name w:val="Medium List 1 Accent 5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ListaMdia1-nfase6">
    <w:name w:val="Medium List 1 Accent 6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ListaMdia2">
    <w:name w:val="Medium List 2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1">
    <w:name w:val="Medium List 2 Accent 1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2">
    <w:name w:val="Medium List 2 Accent 2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3">
    <w:name w:val="Medium List 2 Accent 3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4">
    <w:name w:val="Medium List 2 Accent 4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5">
    <w:name w:val="Medium List 2 Accent 5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6">
    <w:name w:val="Medium List 2 Accent 6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radeMdia1">
    <w:name w:val="Medium Grid 1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radeMdia1-nfase1">
    <w:name w:val="Medium Grid 1 Accent 1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GradeMdia1-nfase2">
    <w:name w:val="Medium Grid 1 Accent 2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GradeMdia1-nfase3">
    <w:name w:val="Medium Grid 1 Accent 3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GradeMdia1-nfase4">
    <w:name w:val="Medium Grid 1 Accent 4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GradeMdia1-nfase5">
    <w:name w:val="Medium Grid 1 Accent 5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GradeMdia1-nfase6">
    <w:name w:val="Medium Grid 1 Accent 6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GradeMdia2">
    <w:name w:val="Medium Grid 2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1">
    <w:name w:val="Medium Grid 2 Accent 1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2">
    <w:name w:val="Medium Grid 2 Accent 2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3">
    <w:name w:val="Medium Grid 2 Accent 3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4">
    <w:name w:val="Medium Grid 2 Accent 4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5">
    <w:name w:val="Medium Grid 2 Accent 5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6">
    <w:name w:val="Medium Grid 2 Accent 6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3">
    <w:name w:val="Medium Grid 3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GradeMdia3-nfase1">
    <w:name w:val="Medium Grid 3 Accent 1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GradeMdia3-nfase2">
    <w:name w:val="Medium Grid 3 Accent 2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GradeMdia3-nfase3">
    <w:name w:val="Medium Grid 3 Accent 3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GradeMdia3-nfase4">
    <w:name w:val="Medium Grid 3 Accent 4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GradeMdia3-nfase5">
    <w:name w:val="Medium Grid 3 Accent 5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GradeMdia3-nfase6">
    <w:name w:val="Medium Grid 3 Accent 6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staEscura">
    <w:name w:val="Dark List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ListaEscura-nfase1">
    <w:name w:val="Dark List Accent 1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ListaEscura-nfase2">
    <w:name w:val="Dark List Accent 2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ListaEscura-nfase3">
    <w:name w:val="Dark List Accent 3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ListaEscura-nfase4">
    <w:name w:val="Dark List Accent 4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ListaEscura-nfase5">
    <w:name w:val="Dark List Accent 5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ListaEscura-nfase6">
    <w:name w:val="Dark List Accent 6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SombreamentoColorido">
    <w:name w:val="Colorful Shading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mentoEscuro-nfase1">
    <w:name w:val="Colorful Shading Accent 1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mentoColorido-nfase2">
    <w:name w:val="Colorful Shading Accent 2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mentoColorido-nfase3">
    <w:name w:val="Colorful Shading Accent 3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SombreamentoColorido-nfase4">
    <w:name w:val="Colorful Shading Accent 4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mentoColorido-nfase5">
    <w:name w:val="Colorful Shading Accent 5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mentoColorido-nfase6">
    <w:name w:val="Colorful Shading Accent 6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ListaColorida">
    <w:name w:val="Colorful List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aColorida-nfase1">
    <w:name w:val="Colorful List Accent 1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ListaColorida-nfase2">
    <w:name w:val="Colorful List Accent 2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ListaColorida-nfase3">
    <w:name w:val="Colorful List Accent 3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aColorida-nfase4">
    <w:name w:val="Colorful List Accent 4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aColorida-nfase5">
    <w:name w:val="Colorful List Accent 5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ListaColorida-nfase6">
    <w:name w:val="Colorful List Accent 6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adeColorida">
    <w:name w:val="Colorful Grid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radeColorida-nfase1">
    <w:name w:val="Colorful Grid Accent 1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GradeColorida-nfase2">
    <w:name w:val="Colorful Grid Accent 2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GradeColorida-nfase3">
    <w:name w:val="Colorful Grid Accent 3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GradeColorida-nfase4">
    <w:name w:val="Colorful Grid Accent 4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GradeColorida-nfase5">
    <w:name w:val="Colorful Grid Accent 5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GradeColorida-nfase6">
    <w:name w:val="Colorful Grid Accent 6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9.png"/><Relationship Id="rId3" Type="http://schemas.microsoft.com/office/2007/relationships/hdphoto" Target="media/hdphoto1.wdp"/><Relationship Id="rId7" Type="http://schemas.openxmlformats.org/officeDocument/2006/relationships/image" Target="media/image8.png"/><Relationship Id="rId2" Type="http://schemas.openxmlformats.org/officeDocument/2006/relationships/image" Target="media/image4.png"/><Relationship Id="rId1" Type="http://schemas.openxmlformats.org/officeDocument/2006/relationships/image" Target="media/image3.png"/><Relationship Id="rId6" Type="http://schemas.openxmlformats.org/officeDocument/2006/relationships/image" Target="media/image7.png"/><Relationship Id="rId5" Type="http://schemas.openxmlformats.org/officeDocument/2006/relationships/image" Target="media/image6.png"/><Relationship Id="rId4" Type="http://schemas.openxmlformats.org/officeDocument/2006/relationships/image" Target="media/image5.png"/><Relationship Id="rId9" Type="http://schemas.openxmlformats.org/officeDocument/2006/relationships/image" Target="media/image10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sv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9BB5F2A-F0CB-416E-A0C2-57E900DE9E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1</Pages>
  <Words>207</Words>
  <Characters>1121</Characters>
  <Application>Microsoft Office Word</Application>
  <DocSecurity>0</DocSecurity>
  <Lines>9</Lines>
  <Paragraphs>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1326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Sabrina Pereira</cp:lastModifiedBy>
  <cp:revision>5</cp:revision>
  <dcterms:created xsi:type="dcterms:W3CDTF">2026-05-16T00:06:00Z</dcterms:created>
  <dcterms:modified xsi:type="dcterms:W3CDTF">2026-05-16T01:59:00Z</dcterms:modified>
  <cp:category/>
</cp:coreProperties>
</file>